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פ״י/ו · חידון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לבדוק הבנה: שורשים, גזרות, בניינים וכללים.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חט״ב–תיכון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המוסכמה בערכה: אות נחה או חסרה נרשמת כ־י/ו (פ״י/ו, ע״ו/י) או י/ה (ל״ה/י); בתשובות התלמידים יש לקבל גם ו׳ או י׳ לבד (למשל ק־ו־ם, ש־י־ר, ב־נ־ה), וגם נ־ג־ש / נ־פ־ל בפ״נ.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רצוי להפעיל את הדף אחרי הפעילות המקבילה באתר: 🏆 חידון (פ״י/ו).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י/ו־ד־ע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י/ו־ל־ד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י/ו־ת־ר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י/ו־ט־ב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פ״י/ו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פ״י/ו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פ״י/ו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נוֹ־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9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הפעיל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קל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הפעיל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נשמע נוֹ־: נוֹלַד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ראו כרטיסי ההסבר בשיעור: הפעיל: הוֹ־ (וחמישה שורשים: הֵי־). / נפעל: נוֹ־. הופעל: הוּ־ ← מעבירים להפעיל.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צעדים בסדר נכון, שורש נכון, נימוק לפי סימן (דגש / אות נחה / „הוא אתמול”).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🏆 פ״י/ו · חידון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בדף זה תתרגלו חידון – גזרת פ״י/ו – האות הראשונה נחה. עבדו לפי חמשת צעדי הבלש: „הוא אתמול”, בניין, השמטת מוספיות, ספירה, החלטה.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שאלות אמריקאיות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הקיפו את התשובה הנכונה.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מה השורש של „הוֹדִיעוּ”?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ד־י/ו־ע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י/ו־ד־ע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ד־ע־י/ה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נ־ד־ע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מה השורש של „נוֹלַד”?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נ־ל־ד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ל־י/ו־ד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י/ו־ל־ד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ל־ד־י/ה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מה השורש של „נוֹתְרָה”?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ת־ר־י/ה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נ־ת־ר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י/ו־ת־ר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ת־י/ו־ר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מה השורש של „הֵיטִיב”?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ט־ב־י/ה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ט־י/ו־ב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י/ו־ט־ב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נ־ט־ב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5. לאיזו גזרה שייך „הֵינִיקָה”?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פ״נ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ל״ה/י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פ״י/ו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ע״ו/י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6. לאיזו גזרה שייך „נוֹסַד”?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פ״נ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ל״ה/י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פ״י/ו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ע״ו/י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7. לאיזו גזרה שייך „אִישַׁן”?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ע״ו/י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פ״י/ו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ל״ה/י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פ״נ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8. איך נשמע „הוא אתמול” בנפעל של פ״י/ו?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נוֹ־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נִ־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נָ־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9. הוּבַל – לאיזה בניין מעבירים כדי למצוא שורש?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הפעיל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קל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פיעל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10. באיזה בניין „יָרַד”?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התפעל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קל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פועל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פיעל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11. באיזה בניין „הוֹסִיף”?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התפעל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הופעל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נפעל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הפעיל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נכון או לא נכון?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נכון / לא נכון. אם לא נכון – תקנו בעל פה או בשוליים.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בגזרת פ״י/ו האות הראשונה בשורש היא י׳ או ו׳.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בהפעיל, פ״י/ו נשמע בדרך כלל הוֹ־: הוֹרִיד.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בנפעל, פ״י/ו נשמע נִ־ רגיל: „נִוְלַד”.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בהופעל של פ״י/ו יש שורוק: הוּבַל.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הֵינִיק והֵיטִיב הם חלק מחמשת השורשים בהֵי־.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בעתיד קל של פ״י/ו יש לפעמים חיריק מלא: אִישַׁן.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שאלות פתוחות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כתבו שני סימנים שעוזרים לזהות את גזרת פ״י/ו.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השאלה הכי קשה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איזו שאלה בחידון הייתה הכי קשה? הסבירו מה הטעה ואיך תזהו בפעם הבאה.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כתבו את הכלל במילים שלכם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השורש של „אִישַׁן” הוא: 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הסימן שהכי עוזר לי לזהות את הגזרה: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דבר אחד שעדיין מבלבל אותי: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פ״י/ו · חידון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