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מיון לפי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🗂️ מיון לפי גזרה (פ״י/ו).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אִישַׁן, נוֹלַד, הוֹשִׁיבָה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הֵכִין, הִשְׁקָה, מְעִירָה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נשמע נוֹ־: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פ״י/ו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מיון לפי גזרה.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י/ו־ב־ל  |  י/ו־ד־ע  |  י/ו־ל־ד  |  י/ו־ס־ף  |  י/ו־ר־ד  |  י/ו־ש־ב  |  י/ו־ש־ן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פ״י/ו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אִישַׁן  |  הוֹשִׁיבָה  |  הֵכִין  |  הִשְׁקָה  |  נוֹלַד  |  מְעִירָה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🟢 פ״י/ו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פ״י/ו האות הראשונה בשורש היא י׳ או ו׳.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בנפעל, פ״י/ו נשמע נִ־ רגיל: „נִוְלַד”.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לאיזו גזרה שייך „הוֹבִיל”?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לאיזו גזרה שייך „הוֹשִׁיבָה”?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ל״ה/י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„יָרַד”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מיון לפי גזרה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