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יָרַד, הוֹבִיל, הוֹדִיעוּ, הוֹשִׁיבָה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הִגִּיעַ, לָשִׁיר, רָאִינוּ, קָנְתָה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פ״י/ו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מיון לפי גזרה.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פ״י/ו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הוֹבִיל  |  הוֹדִיעוּ  |  רָאִינוּ  |  הוֹשִׁיבָה  |  יָרַד  |  לָשִׁיר  |  הִגִּיעַ  |  קָנְתָה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„לְהוֹרִיד”?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„הוֹשִׁיבָה”?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„הוֹרִידָה”?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„הוֹבִיל”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מיון לפי גזרה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