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(פ״י/ו).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הוֹרִידָה, הוֹבִיל, הוֹדִיעוּ, נוֹעָץ, הֵיטִיב, הוּרַד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לִבְנוֹת, הִבִּיט, הִפְנָה, הוּזְזוּ, הִפִּילָה, הוּרַם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נשמע נוֹ־: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פ״י/ו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מיון לפי גזרה – גזרת פ״י/ו – האות הראשונה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פ״י/ו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הוֹבִיל  |  הוּזְזוּ  |  לִבְנוֹת  |  הוּרַד  |  הוּרַם  |  הִפִּילָה  |  הֵיטִיב  |  הוֹדִיעוּ  |  נוֹעָץ  |  הוֹרִידָה  |  הִפְנָה  |  הִבִּיט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פ״י/ו האות הראשונה בשורש היא י׳ או ו׳.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בנפעל, פ״י/ו נשמע נִ־ רגיל: „נִוְלַד”.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בהופעל של פ״י/ו יש שורוק: הוּבַל.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הֵינִיק והֵיטִיב הם חלק מחמשת השורשים בהֵי־.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„יָשַׁבְנוּ”?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„הֵינִיקָה”?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„נוֹסַד”?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ל״ה/י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„לְהוֹרִיד”?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ל״ה/י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„הוֹבִיל”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מיון לפי גזרה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