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מאמן הבלש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חמשת צעדי שיטת הבלש עד למציאת השורש.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🕵️ מאמן הבלש (שיטת הבלש).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מזהים את הבניין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משמיטים את האותיות המוספיות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סופרים כמה אותיות נשארו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מחליטים איזו אות חסרה או נחה – ואיפה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כותבים את השורש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צִפָּה · פיעל · נשארו: צ־פ־ה · שורש: צ־פ־י/ה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הוֹבִיל · הפעיל · נשארו: ו־ב־ל · שורש: י/ו־ב־ל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זָז · קל · נשארו: ז־ז · שורש: ז־י/ו־ז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הֵקִים · הפעיל · נשארו: ק־ם · שורש: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י/ה בסוף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י/ו באמצע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🕵️ שיטת הבלש · מאמן הבלש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מאמן הבלש.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ב־י/ו־ן  |  ב־נ־י/ה  |  ז־י/ו־ז  |  ט־י/ו־ס  |  י/ו־ב־ל  |  י/ו־ד־ע  |  י/ו־ל־ד  |  י/ו־ס־ף  |  י/ו־ר־ד  |  י/ו־ש־ב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 הצעדים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את צעדי הבלש לפי הסדר (1–6).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מזהים את הבניין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מחליטים איזו אות חסרה או נחה – ואיפה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כותבים את השורש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משמיטים את האותיות המוספיות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מעבירים ל„הוא אתמול”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סופרים כמה אותיות נשארו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צִפּוּ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צִפָּה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הוֹבִיל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הוֹבִיל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זָז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זָז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הֵקִימוּ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הֵקִים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צעד ההחלטה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נשארו ע־ל־ה. מה עושים?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י/ה בסוף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 בהתחלה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נשארו ש־ר. מה עושים?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 בהתחלה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 באמצע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דוח בלש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פועל אחד מהטבלה וכתבו „דוח חקירה”: מה עשיתם בכל צעד ואיך הגעתם לשורש.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צעד 1–5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מה הרמז החשוב ביותר?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„הוֹבִיל”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מאמן הבלש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