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שיטת הבלש · מאמן הבלש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חמשת צעדי שיטת הבלש עד למציאת השורש.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🕵️ מאמן הבלש (שיטת הבלש).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מעבירים ל„הוא אתמול”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מזהים את הבניין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משמיטים את האותיות המוספיות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סופרים כמה אותיות נשארו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מחליטים איזו אות חסרה או נחה – ואיפה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כותבים את השורש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הֵעִיר · הפעיל · נשארו: ע־ר · שורש: ע־י/ו־ר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נָפַל · קל · נשארו: נ־פ־ל · שורש: נ־פ־ל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שָׁתָה · קל · נשארו: ש־ת־ה · שורש: ש־ת־י/ה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הִכִּיר · הפעיל · נשארו: כּ־ר · שורש: נ־כ־ר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הִגִּיעַ · הפעיל · נשארו: גּ־ע · שורש: נ־ג־ע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י/ו בהתחלה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י/ה בסוף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נ בהתחלה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🕵️ שיטת הבלש · מאמן הבלש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תרגול: מאמן הבלש. משפטים קצרים. יש מילון קטן למעלה.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שורש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אותיות שנותנות למילה את המשמעות (root)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קבוצת שורשים שמתנהגים אותו דבר (verb class)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בניין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🏗️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דפוס של פועל: קל, נפעל, פיעל, פועל, הפעיל, הופעל, התפעל (verb pattern)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מוספיות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✂️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אותיות שהבניין או הזמן מוסיפים לשורש (added letters)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נחה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שנכתבת ולא נשמעת, או נעלמת (silent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דגש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נקודה בתוך אות (dot inside a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שקרה כבר (past)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הווה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⏺️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שקורה עכשיו (present)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עתיד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שיקרה (future)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סדר הצעדים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מספרו את צעדי הבלש לפי הסדר (1–6).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מחליטים איזו אות חסרה או נחה – ואיפה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סופרים כמה אותיות נשארו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מעבירים ל„הוא אתמול”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כותבים את השורש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משמיטים את האותיות המוספיות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מזהים את הבניין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טבלת הבלש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מלאו את הטבלה. עבר – בניין – אותיות שנשארו – שורש.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הפועל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הוא אתמול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בניין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נשארו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שורש</w:t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הֵעִיר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הֵעִיר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נָפַל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נָפַל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שָׁתָה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שָׁתָה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הִכַּרְתִּי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הִגִּיעַ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הִגִּיעַ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צעד ההחלטה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נשארו ו־ל־ד. מה עושים?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י/ו באמצע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 בהתחלה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י/ו בהתחלה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נשארו ב־נ־ה. מה עושים?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י/ו באמצע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י/ה בסוף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 בהתחלה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נשארו פּ־ל. מה עושים?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י/ו באמצע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 בהתחלה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י/ה בסוף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דוח בלש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פועל אחד מהטבלה וכתבו „דוח חקירה”: מה עשיתם בכל צעד ואיך הגעתם לשורש.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צעד 1–5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„צִפּוּ”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שיטת הבלש · מאמן הבלש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